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HMS: Abu Dhabi hospital ops — 50% faster patient processing* and 70% less paperwork* with AI-assisted management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HMS — AI Hospital Management System</w:t>
        <w:br/>
        <w:t>Healthcare AI · Abu Dhabi, UAE</w:t>
        <w:br/>
        <w:t>Healthcare operations modernization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50%*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Faster processing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70%*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Less paperwork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AI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Admin automation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Cloud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Secure data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paper-heavy hospital admin caused wait times, delays, and inaccurate records.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AI-assisted HMS for patient data, scheduling, and automated reporting on secure cloud data stores.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 (website-published*): 50% faster patient processing, 70% less paperwork, improved data accuracy.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Healthcare providers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AI-enabled hospital management system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Clinic ops lead, healthcare IT, digital transformation buyer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Secure migration + AI admin automation + cloud architecture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Case study on 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Clinics/hospitals drowning in paper intake and scheduling chaos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Agencies pitching healthcare digital transformation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Show healthcare-sensitive delivery: migration, accuracy, wait-time reduction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Can you handle patient data migration? Will staff adopt it?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Healthcare AI / admin automation conversations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An Abu Dhabi healthcare provider relied on physical documents for patient records, appointments, and admin. Paper created cascading delays; patients waited through manual intake; discrepancies produced inaccurate information and reporting errors.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Longer patient wait times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Departmental delays from paper handoffs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Reporting errors from inconsistent records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Staff time trapped in compilation instead of care support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Digitize patient record lifecycle with AI-assisted management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Automate appointment scheduling to cut waits/double-bookings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Replace manual report compilation with on-demand reporting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Migrate legacy/paper data securely without loss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Claiming clinical diagnostic AI performance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Promising identical % outcomes for every facility size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Delivered a complete hospital management solution with AI-driven automation for patient data management, appointment scheduling, and reporting — integrating into existing hospital procedures after secure data migration.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patient data management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Capture/update/retrieve without repetitive manual entry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Automated scheduling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Intelligent appointment management; fewer double-bookings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Automated reporting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Real-time admin reports on demand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Secure migration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Paper/legacy → digital without data loss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Application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AI-assisted HMS modules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Unify intake, scheduling, reporting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Separate departmental tools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Data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Secure databases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Central patient/admin system of record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Paper + spreadsheets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Infra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architecture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Accessible, backed-up clinical-admin workloads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On-prem-only silos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Change mgmt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Workflow integration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Adoption by matching existing procedures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Big-bang UI dump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Architecture for patient workflows + data models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Secure migration from paper/legacy sources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Scheduling + reporting automation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Integrate with hospital operational procedures for adoption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Paper as system of record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Migration must not lose or corrupt patient admin data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Secure migration phase before cutting over workflows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Parallel-run period may be required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Wait-time root cause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Intake + scheduling friction, not only 'need an app'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Automate intake data + appointment logic together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Floor process redesign still needed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Patient processing time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 manual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−50%*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Paperwork volume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Baseline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−70%*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Data accuracy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Discrepancy-prone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Improved via digital capture*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stackwise.site case study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Reporting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compilation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On-demand automated reports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Solution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Hospital ops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Faster throughput, less paperwork drag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IT / compliance-minded buyer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Secure migration + centralized records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Patients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Shorter waits from faster intake/scheduling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Admin staff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Less repetitive data entry and report assembly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Healthcare ops stuck on paper? Start with a paid diagnosis of one intake or scheduling flow.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https://www.stackwise.site/case-studies/hms</w:t>
        <w:br/>
        <w:t>Website page: https://www.stackwise.site/case-studies/hms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*Website-published metrics. Validate role/permission/measurement before cold outreach. Not a clinical AI diagnostic claim.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