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SeniorSense: end-to-end senior health product — Django APIs, Azure-hosted frontend path, Google Play Console release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SeniorSense — Full-Stack Senior Healthcare Platform</w:t>
        <w:br/>
        <w:t>Healthtech / Full-stack Product · Product / demo: seniorsense.netlify.app</w:t>
        <w:br/>
        <w:t>Healthtech product delivery proof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Django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Backend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Azure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Cloud path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Play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Console release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E2E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Ownership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seniors/families managed meds, vitals, and appointments across paper and disconnected apps — reactive care.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Django backend + Azure-hosted frontend path + Play Console mobile release covering monitoring, meds, doctor connect, appointments.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Result: credible end-to-end delivery story for buyers who reject localhost-only demos.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Digital health / senior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Full-stack product (API + web + mobile release path)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Founder, product lead, agency needing E2E shipping proof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Django, Azure, Google Play Console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https://seniorsense.netlify.app/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Buyers asking 'can you own backend through store release?'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Healthtech / caregiver-app founders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Show cloud + mobile distribution discipline, not only UI mockups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 you only do websites? Have you shipped to Play Console? Azure experience?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Send when prospect needs Python/Django, Azure hosting, or Android release help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Families and seniors often discover problems late because vitals, medications, and appointments are not in one place. Medication history is easy to lose; caregivers lack a shared channel; clinicians get incomplete context. For the product team, the credibility gap is shipping: API + hosted web + store-ready mobile — not a laptop demo.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Missed medication doses and unclear histories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Caregiver anxiety from ad-hoc phone updates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Unnecessary clinic trips without a lightweight connect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Buyer distrust of products that never leave local environments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Unified senior-focused care workflows in one product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Production cloud hosting path (Azure)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Android distribution through Google Play Console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Modules: monitoring, meds, doctor connect, wellness, appointments, expense helpers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Claiming clinical outcomes without trials/evidence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Using placeholder marketing testimonials as customer proof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Naming specific Azure SKUs until owner confirms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SeniorSense was delivered as a comprehensive senior healthcare management platform: Django domain/API layer, Azure-hosted frontend path, and Google Play Console release preparation — covering health metrics, medication reminders/history, doctor connect, wellness tracking, appointments, and healthcare expense helpers.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Health monitoring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Vitals/metrics with readable visualizations and insights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Medication management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Reminders + detailed tracking history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Doctor connect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Consult/advice/follow-up connection path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Care coordination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Appointment scheduling + caregiver visibility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Release path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Azure hosting + Play Console distribution pipeline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Backend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Django / Python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Batteries-included admin + rapid domain modeling for health entities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Thin Flask API only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API design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REST domain endpoints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Clear resources for meds, vitals, appointments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Ad-hoc RPC scripts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Web hosting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Microsoft Azure path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 deployment buyers recognize as production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Netlify-only forever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Mobile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Google Play Console release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Store listing/release discipline beyond APK sideload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Sideload-only builds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Client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TypeScript frontend (public stack notes)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Typed UI for multi-module product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Unstructured JS pages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Model health domain entities (profiles, meds, appointments, metrics)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Build caregiver/senior workflows and reminders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Deploy frontend path to Azure; configure production settings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Prepare Android release artifacts and Play Console listing/pipeline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Trust in health products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Buyers reject demos without hosting/store proof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Treat Azure + Play Console as first-class delivery work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More release ops than a pure feature sprint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Multi-stakeholder UX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Senior vs caregiver vs clinician needs differ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Module design around monitoring, meds, connect, appointments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Scope must stay focused to ship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Evidence hygiene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Marketing placeholders look like fake testimonials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Case study uses capability language; no invented clinical %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Less 'wow stats' until measured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layers completed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Local demo only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Backend + Azure path + Play Console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checklist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modules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Fragmented apps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Monitoring, meds, connect, wellness, appointments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scope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Backend framework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Django / Python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Engineering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Cloud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—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Microsoft Azure hosting path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Mobile distribution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APK sideload risk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Google Play Console pipeline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Release ops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Founder / product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Proof you can ship past mockups into cloud + store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Technical buyer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Django + Azure + Android release path under one builder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Caregiver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Remote visibility instead of ad-hoc updates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Senior user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One place for meds, metrics, and appointments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Need Django, Azure, or Play release help? Start with a paid diagnosis on one broken flow or release blocker.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https://seniorsense.netlify.app/</w:t>
        <w:br/>
        <w:t>Website page: https://www.stackwise.site/proof/seniorsense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Confirm Azure service names, Play listing status (internal/closed/production), personal role, and share permission before outbound claims. No clinical outcome percentages claimed.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